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Zehnerkarte · 10 Trainings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Verein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NAME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PREIS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100"/>
              <w:gridCol w:w="2471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1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BEZAHLT AM</w:t>
                  </w:r>
                </w:p>
              </w:tc>
              <w:tc>
                <w:tcPr>
                  <w:tcW w:type="dxa" w:w="24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191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GÜLTIG BIS</w:t>
                  </w:r>
                </w:p>
              </w:tc>
              <w:tc>
                <w:tcPr>
                  <w:tcW w:type="dxa" w:w="2721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KASSIERT VON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KARTE NR.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Pro Training einen Kreis lochen oder abzeichnen. Jede verkaufte Karte auch in die Beitragsliste.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Zehnerkarte · 10 Trainings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Verein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NAME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PREIS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100"/>
              <w:gridCol w:w="2471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1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BEZAHLT AM</w:t>
                  </w:r>
                </w:p>
              </w:tc>
              <w:tc>
                <w:tcPr>
                  <w:tcW w:type="dxa" w:w="24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191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GÜLTIG BIS</w:t>
                  </w:r>
                </w:p>
              </w:tc>
              <w:tc>
                <w:tcPr>
                  <w:tcW w:type="dxa" w:w="2721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KASSIERT VON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KARTE NR.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Pro Training einen Kreis lochen oder abzeichnen. Jede verkaufte Karte auch in die Beitragsliste.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Zehnerkarte · 10 Trainings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Verein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NAME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PREIS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100"/>
              <w:gridCol w:w="2471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1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BEZAHLT AM</w:t>
                  </w:r>
                </w:p>
              </w:tc>
              <w:tc>
                <w:tcPr>
                  <w:tcW w:type="dxa" w:w="24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191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GÜLTIG BIS</w:t>
                  </w:r>
                </w:p>
              </w:tc>
              <w:tc>
                <w:tcPr>
                  <w:tcW w:type="dxa" w:w="2721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KASSIERT VON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KARTE NR.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Pro Training einen Kreis lochen oder abzeichnen. Jede verkaufte Karte auch in die Beitragsliste.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Zehnerkarte · 10 Trainings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Verein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NAME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PREIS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100"/>
              <w:gridCol w:w="2471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10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BEZAHLT AM</w:t>
                  </w:r>
                </w:p>
              </w:tc>
              <w:tc>
                <w:tcPr>
                  <w:tcW w:type="dxa" w:w="247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191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GÜLTIG BIS</w:t>
                  </w:r>
                </w:p>
              </w:tc>
              <w:tc>
                <w:tcPr>
                  <w:tcW w:type="dxa" w:w="2721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KASSIERT VON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KARTE NR.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Pro Training einen Kreis lochen oder abzeichnen. Jede verkaufte Karte auch in die Beitragsliste.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