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Bono · 10 clases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423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423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PRECIO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300"/>
              <w:gridCol w:w="26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PAGADO EL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VÁLIDO HASTA</w:t>
                  </w:r>
                </w:p>
              </w:tc>
              <w:tc>
                <w:tcPr>
                  <w:tcW w:type="dxa" w:w="26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00"/>
              <w:gridCol w:w="24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2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COBRADO POR</w:t>
                  </w:r>
                </w:p>
              </w:tc>
              <w:tc>
                <w:tcPr>
                  <w:tcW w:type="dxa" w:w="24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BONO N.º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Perfora o firma un círculo por clase. Anota también cada bono vendido en la lista de cuotas.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Bono · 10 clases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423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423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PRECIO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300"/>
              <w:gridCol w:w="26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PAGADO EL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VÁLIDO HASTA</w:t>
                  </w:r>
                </w:p>
              </w:tc>
              <w:tc>
                <w:tcPr>
                  <w:tcW w:type="dxa" w:w="26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00"/>
              <w:gridCol w:w="24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2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COBRADO POR</w:t>
                  </w:r>
                </w:p>
              </w:tc>
              <w:tc>
                <w:tcPr>
                  <w:tcW w:type="dxa" w:w="24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BONO N.º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Perfora o firma un círculo por clase. Anota también cada bono vendido en la lista de cuotas.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Bono · 10 clases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423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423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PRECIO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300"/>
              <w:gridCol w:w="26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PAGADO EL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VÁLIDO HASTA</w:t>
                  </w:r>
                </w:p>
              </w:tc>
              <w:tc>
                <w:tcPr>
                  <w:tcW w:type="dxa" w:w="26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00"/>
              <w:gridCol w:w="24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2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COBRADO POR</w:t>
                  </w:r>
                </w:p>
              </w:tc>
              <w:tc>
                <w:tcPr>
                  <w:tcW w:type="dxa" w:w="24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BONO N.º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Perfora o firma un círculo por clase. Anota también cada bono vendido en la lista de cuotas.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Bono · 10 clases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423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423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PRECIO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000"/>
              <w:gridCol w:w="2571"/>
              <w:gridCol w:w="1300"/>
              <w:gridCol w:w="2612"/>
            </w:tblGrid>
            <w:tr>
              <w:trPr>
                <w:trHeight w:val="283" w:hRule="exact"/>
              </w:trPr>
              <w:tc>
                <w:tcPr>
                  <w:tcW w:type="dxa" w:w="10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PAGADO EL</w:t>
                  </w:r>
                </w:p>
              </w:tc>
              <w:tc>
                <w:tcPr>
                  <w:tcW w:type="dxa" w:w="25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VÁLIDO HASTA</w:t>
                  </w:r>
                </w:p>
              </w:tc>
              <w:tc>
                <w:tcPr>
                  <w:tcW w:type="dxa" w:w="26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200"/>
              <w:gridCol w:w="24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2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COBRADO POR</w:t>
                  </w:r>
                </w:p>
              </w:tc>
              <w:tc>
                <w:tcPr>
                  <w:tcW w:type="dxa" w:w="24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BONO N.º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Perfora o firma un círculo por clase. Anota también cada bono vendido en la lista de cuotas.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