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Scheda presenze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61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ULTIMO ESAME</w:t>
                  </w:r>
                </w:p>
              </w:tc>
              <w:tc>
                <w:tcPr>
                  <w:tcW w:type="dxa" w:w="2551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RIPORTO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DA SCHEDA N.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casella per lezione: la data e le iniziali del sensei che l'ha segnata.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Scheda presenze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61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ULTIMO ESAME</w:t>
                  </w:r>
                </w:p>
              </w:tc>
              <w:tc>
                <w:tcPr>
                  <w:tcW w:type="dxa" w:w="2551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RIPORTO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DA SCHEDA N.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casella per lezione: la data e le iniziali del sensei che l'ha segnata.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Scheda presenze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61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ULTIMO ESAME</w:t>
                  </w:r>
                </w:p>
              </w:tc>
              <w:tc>
                <w:tcPr>
                  <w:tcW w:type="dxa" w:w="2551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RIPORTO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DA SCHEDA N.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casella per lezione: la data e le iniziali del sensei che l'ha segnata.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Scheda presenze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NOME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GRUPPO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GRADO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361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ULTIMO ESAME</w:t>
                  </w:r>
                </w:p>
              </w:tc>
              <w:tc>
                <w:tcPr>
                  <w:tcW w:type="dxa" w:w="2551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RIPORTO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DA SCHEDA N.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Una casella per lezione: la data e le iniziali del sensei che l'ha segnata.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