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bottom w:val="none" w:sz="0" w:space="0" w:color="auto"/>
          <w:left w:val="none" w:sz="0" w:space="0" w:color="auto"/>
          <w:right w:val="none" w:sz="0" w:space="0" w:color="auto"/>
          <w:insideH w:val="dashed" w:sz="6" w:space="0" w:color="C0C0C0"/>
          <w:insideV w:val="dashed" w:sz="6" w:space="0" w:color="C0C0C0"/>
        </w:tblBorders>
      </w:tblPr>
      <w:tblGrid>
        <w:gridCol w:w="8079"/>
        <w:gridCol w:w="8079"/>
      </w:tblGrid>
      <w:tr>
        <w:trPr>
          <w:trHeight w:val="5556" w:hRule="exact"/>
        </w:trPr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Carte de présence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Club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68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NOM</w:t>
                  </w:r>
                </w:p>
              </w:tc>
              <w:tc>
                <w:tcPr>
                  <w:tcW w:type="dxa" w:w="3628"/>
                  <w:tcW w:w="3628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94"/>
                  <w:tcW w:w="79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GROUPE</w:t>
                  </w:r>
                </w:p>
              </w:tc>
              <w:tc>
                <w:tcPr>
                  <w:tcW w:type="dxa" w:w="2381"/>
                  <w:tcW w:w="238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1600"/>
              <w:gridCol w:w="2312"/>
            </w:tblGrid>
            <w:tr>
              <w:trPr>
                <w:trHeight w:val="283" w:hRule="exact"/>
              </w:trPr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GRADE</w:t>
                  </w:r>
                </w:p>
              </w:tc>
              <w:tc>
                <w:tcPr>
                  <w:tcW w:type="dxa" w:w="2835"/>
                  <w:tcW w:w="2835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600"/>
                  <w:tcW w:w="136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DERNIER PASSAGE</w:t>
                  </w:r>
                </w:p>
              </w:tc>
              <w:tc>
                <w:tcPr>
                  <w:tcW w:type="dxa" w:w="2312"/>
                  <w:tcW w:w="255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474"/>
                  <w:tcW w:w="1474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REPORT</w:t>
                  </w:r>
                </w:p>
              </w:tc>
              <w:tc>
                <w:tcPr>
                  <w:tcW w:type="dxa" w:w="2041"/>
                  <w:tcW w:w="204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531"/>
                  <w:tcW w:w="153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DE LA CARTE N°</w:t>
                  </w:r>
                </w:p>
              </w:tc>
              <w:tc>
                <w:tcPr>
                  <w:tcW w:type="dxa" w:w="2438"/>
                  <w:tcW w:w="243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single" w:sz="4" w:space="0" w:color="B0B0B0"/>
                <w:bottom w:val="single" w:sz="4" w:space="0" w:color="B0B0B0"/>
                <w:left w:val="single" w:sz="4" w:space="0" w:color="B0B0B0"/>
                <w:right w:val="single" w:sz="4" w:space="0" w:color="B0B0B0"/>
                <w:insideH w:val="single" w:sz="4" w:space="0" w:color="B0B0B0"/>
                <w:insideV w:val="single" w:sz="4" w:space="0" w:color="B0B0B0"/>
              </w:tblBorders>
            </w:tblPr>
            <w:tblGrid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</w:tblGrid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13</w:t>
                  </w:r>
                </w:p>
              </w:tc>
            </w:tr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26</w:t>
                  </w:r>
                </w:p>
              </w:tc>
            </w:tr>
          </w:tbl>
          <w:p/>
          <w:p>
            <w:pPr>
              <w:spacing w:before="0" w:after="0" w:line="7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Une case par cours : la date et les initiales du sensei qui l'a cochée.</w:t>
            </w:r>
          </w:p>
        </w:tc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Carte de présence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Club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68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NOM</w:t>
                  </w:r>
                </w:p>
              </w:tc>
              <w:tc>
                <w:tcPr>
                  <w:tcW w:type="dxa" w:w="3628"/>
                  <w:tcW w:w="3628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94"/>
                  <w:tcW w:w="79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GROUPE</w:t>
                  </w:r>
                </w:p>
              </w:tc>
              <w:tc>
                <w:tcPr>
                  <w:tcW w:type="dxa" w:w="2381"/>
                  <w:tcW w:w="238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1600"/>
              <w:gridCol w:w="2312"/>
            </w:tblGrid>
            <w:tr>
              <w:trPr>
                <w:trHeight w:val="283" w:hRule="exact"/>
              </w:trPr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GRADE</w:t>
                  </w:r>
                </w:p>
              </w:tc>
              <w:tc>
                <w:tcPr>
                  <w:tcW w:type="dxa" w:w="2835"/>
                  <w:tcW w:w="2835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600"/>
                  <w:tcW w:w="136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DERNIER PASSAGE</w:t>
                  </w:r>
                </w:p>
              </w:tc>
              <w:tc>
                <w:tcPr>
                  <w:tcW w:type="dxa" w:w="2312"/>
                  <w:tcW w:w="255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474"/>
                  <w:tcW w:w="1474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REPORT</w:t>
                  </w:r>
                </w:p>
              </w:tc>
              <w:tc>
                <w:tcPr>
                  <w:tcW w:type="dxa" w:w="2041"/>
                  <w:tcW w:w="204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531"/>
                  <w:tcW w:w="153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DE LA CARTE N°</w:t>
                  </w:r>
                </w:p>
              </w:tc>
              <w:tc>
                <w:tcPr>
                  <w:tcW w:type="dxa" w:w="2438"/>
                  <w:tcW w:w="243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single" w:sz="4" w:space="0" w:color="B0B0B0"/>
                <w:bottom w:val="single" w:sz="4" w:space="0" w:color="B0B0B0"/>
                <w:left w:val="single" w:sz="4" w:space="0" w:color="B0B0B0"/>
                <w:right w:val="single" w:sz="4" w:space="0" w:color="B0B0B0"/>
                <w:insideH w:val="single" w:sz="4" w:space="0" w:color="B0B0B0"/>
                <w:insideV w:val="single" w:sz="4" w:space="0" w:color="B0B0B0"/>
              </w:tblBorders>
            </w:tblPr>
            <w:tblGrid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</w:tblGrid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13</w:t>
                  </w:r>
                </w:p>
              </w:tc>
            </w:tr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26</w:t>
                  </w:r>
                </w:p>
              </w:tc>
            </w:tr>
          </w:tbl>
          <w:p/>
          <w:p>
            <w:pPr>
              <w:spacing w:before="0" w:after="0" w:line="7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Une case par cours : la date et les initiales du sensei qui l'a cochée.</w:t>
            </w:r>
          </w:p>
        </w:tc>
      </w:tr>
      <w:tr>
        <w:trPr>
          <w:trHeight w:val="5556" w:hRule="exact"/>
        </w:trPr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Carte de présence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Club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68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NOM</w:t>
                  </w:r>
                </w:p>
              </w:tc>
              <w:tc>
                <w:tcPr>
                  <w:tcW w:type="dxa" w:w="3628"/>
                  <w:tcW w:w="3628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94"/>
                  <w:tcW w:w="79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GROUPE</w:t>
                  </w:r>
                </w:p>
              </w:tc>
              <w:tc>
                <w:tcPr>
                  <w:tcW w:type="dxa" w:w="2381"/>
                  <w:tcW w:w="238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1600"/>
              <w:gridCol w:w="2312"/>
            </w:tblGrid>
            <w:tr>
              <w:trPr>
                <w:trHeight w:val="283" w:hRule="exact"/>
              </w:trPr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GRADE</w:t>
                  </w:r>
                </w:p>
              </w:tc>
              <w:tc>
                <w:tcPr>
                  <w:tcW w:type="dxa" w:w="2835"/>
                  <w:tcW w:w="2835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600"/>
                  <w:tcW w:w="136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DERNIER PASSAGE</w:t>
                  </w:r>
                </w:p>
              </w:tc>
              <w:tc>
                <w:tcPr>
                  <w:tcW w:type="dxa" w:w="2312"/>
                  <w:tcW w:w="255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474"/>
                  <w:tcW w:w="1474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REPORT</w:t>
                  </w:r>
                </w:p>
              </w:tc>
              <w:tc>
                <w:tcPr>
                  <w:tcW w:type="dxa" w:w="2041"/>
                  <w:tcW w:w="204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531"/>
                  <w:tcW w:w="153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DE LA CARTE N°</w:t>
                  </w:r>
                </w:p>
              </w:tc>
              <w:tc>
                <w:tcPr>
                  <w:tcW w:type="dxa" w:w="2438"/>
                  <w:tcW w:w="243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single" w:sz="4" w:space="0" w:color="B0B0B0"/>
                <w:bottom w:val="single" w:sz="4" w:space="0" w:color="B0B0B0"/>
                <w:left w:val="single" w:sz="4" w:space="0" w:color="B0B0B0"/>
                <w:right w:val="single" w:sz="4" w:space="0" w:color="B0B0B0"/>
                <w:insideH w:val="single" w:sz="4" w:space="0" w:color="B0B0B0"/>
                <w:insideV w:val="single" w:sz="4" w:space="0" w:color="B0B0B0"/>
              </w:tblBorders>
            </w:tblPr>
            <w:tblGrid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</w:tblGrid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13</w:t>
                  </w:r>
                </w:p>
              </w:tc>
            </w:tr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26</w:t>
                  </w:r>
                </w:p>
              </w:tc>
            </w:tr>
          </w:tbl>
          <w:p/>
          <w:p>
            <w:pPr>
              <w:spacing w:before="0" w:after="0" w:line="7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Une case par cours : la date et les initiales du sensei qui l'a cochée.</w:t>
            </w:r>
          </w:p>
        </w:tc>
        <w:tc>
          <w:tcPr>
            <w:tcW w:type="dxa" w:w="8050"/>
            <w:tcW w:w="8051" w:type="dxa"/>
            <w:tcMar>
              <w:top w:w="140" w:type="dxa"/>
              <w:bottom w:w="140" w:type="dxa"/>
              <w:left w:w="280" w:type="dxa"/>
              <w:right w:w="280" w:type="dxa"/>
            </w:tcMar>
          </w:tcPr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4025"/>
              <w:gridCol w:w="4025"/>
            </w:tblGrid>
            <w:tr>
              <w:trPr>
                <w:trHeight w:val="340" w:hRule="exact"/>
              </w:trPr>
              <w:tc>
                <w:tcPr>
                  <w:tcW w:type="dxa" w:w="4309"/>
                  <w:tcW w:w="4309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</w:pPr>
                  <w:r>
                    <w:rPr>
                      <w:rFonts w:ascii="Arial" w:hAnsi="Arial"/>
                      <w:b/>
                      <w:color w:val="000000"/>
                      <w:sz w:val="26"/>
                    </w:rPr>
                    <w:t>Carte de présence</w:t>
                  </w:r>
                </w:p>
              </w:tc>
              <w:tc>
                <w:tcPr>
                  <w:tcW w:type="dxa" w:w="3175"/>
                  <w:tcW w:w="3175" w:type="dxa"/>
                  <w:tcMar>
                    <w:top w:w="0" w:type="dxa"/>
                    <w:bottom w:w="0" w:type="dxa"/>
                    <w:left w:w="0" w:type="dxa"/>
                    <w:right w:w="0" w:type="dxa"/>
                  </w:tcMar>
                </w:tcPr>
                <w:p>
                  <w:pPr>
                    <w:spacing w:before="0" w:after="0" w:line="260" w:lineRule="exact"/>
                    <w:jc w:val="right"/>
                  </w:pPr>
                  <w:r>
                    <w:rPr>
                      <w:rFonts w:ascii="Arial" w:hAnsi="Arial"/>
                      <w:color w:val="646464"/>
                      <w:sz w:val="17"/>
                    </w:rPr>
                    <w:t>Club ______________________</w:t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680"/>
                  <w:tcW w:w="68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NOM</w:t>
                  </w:r>
                </w:p>
              </w:tc>
              <w:tc>
                <w:tcPr>
                  <w:tcW w:type="dxa" w:w="3628"/>
                  <w:tcW w:w="3628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794"/>
                  <w:tcW w:w="793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GROUPE</w:t>
                  </w:r>
                </w:p>
              </w:tc>
              <w:tc>
                <w:tcPr>
                  <w:tcW w:type="dxa" w:w="2381"/>
                  <w:tcW w:w="238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1600"/>
              <w:gridCol w:w="2312"/>
            </w:tblGrid>
            <w:tr>
              <w:trPr>
                <w:trHeight w:val="283" w:hRule="exact"/>
              </w:trPr>
              <w:tc>
                <w:tcPr>
                  <w:tcW w:type="dxa" w:w="737"/>
                  <w:tcW w:w="737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GRADE</w:t>
                  </w:r>
                </w:p>
              </w:tc>
              <w:tc>
                <w:tcPr>
                  <w:tcW w:type="dxa" w:w="2835"/>
                  <w:tcW w:w="2835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600"/>
                  <w:tcW w:w="136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DERNIER PASSAGE</w:t>
                  </w:r>
                </w:p>
              </w:tc>
              <w:tc>
                <w:tcPr>
                  <w:tcW w:type="dxa" w:w="2312"/>
                  <w:tcW w:w="2551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none"/>
                <w:bottom w:val="none"/>
                <w:left w:val="none"/>
                <w:right w:val="none"/>
                <w:insideH w:val="none"/>
                <w:insideV w:val="none"/>
              </w:tblBorders>
            </w:tblPr>
            <w:tblGrid>
              <w:gridCol w:w="2012"/>
              <w:gridCol w:w="2012"/>
              <w:gridCol w:w="2012"/>
              <w:gridCol w:w="2012"/>
            </w:tblGrid>
            <w:tr>
              <w:trPr>
                <w:trHeight w:val="283" w:hRule="exact"/>
              </w:trPr>
              <w:tc>
                <w:tcPr>
                  <w:tcW w:type="dxa" w:w="1474"/>
                  <w:tcW w:w="1474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REPORT</w:t>
                  </w:r>
                </w:p>
              </w:tc>
              <w:tc>
                <w:tcPr>
                  <w:tcW w:type="dxa" w:w="2041"/>
                  <w:tcW w:w="2041" w:type="dxa"/>
                  <w:tcMar>
                    <w:top w:w="20" w:type="dxa"/>
                    <w:bottom w:w="20" w:type="dxa"/>
                    <w:left w:w="20" w:type="dxa"/>
                    <w:right w:w="8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  <w:tc>
                <w:tcPr>
                  <w:tcW w:type="dxa" w:w="1531"/>
                  <w:tcW w:w="1530" w:type="dxa"/>
                  <w:tcMar>
                    <w:top w:w="20" w:type="dxa"/>
                    <w:bottom w:w="20" w:type="dxa"/>
                    <w:left w:w="0" w:type="dxa"/>
                    <w:right w:w="40" w:type="dxa"/>
                  </w:tcMar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5"/>
                    </w:rPr>
                    <w:t>DE LA CARTE N°</w:t>
                  </w:r>
                </w:p>
              </w:tc>
              <w:tc>
                <w:tcPr>
                  <w:tcW w:type="dxa" w:w="2438"/>
                  <w:tcW w:w="2438" w:type="dxa"/>
                  <w:tcMar>
                    <w:top w:w="20" w:type="dxa"/>
                    <w:bottom w:w="20" w:type="dxa"/>
                    <w:left w:w="20" w:type="dxa"/>
                    <w:right w:w="0" w:type="dxa"/>
                  </w:tcMar>
                  <w:tcBorders>
                    <w:bottom w:val="single" w:sz="4" w:space="0" w:color="B0B0B0"/>
                  </w:tcBorders>
                </w:tcPr>
                <w:p>
                  <w:pPr>
                    <w:spacing w:before="0" w:after="0" w:line="180" w:lineRule="exact"/>
                  </w:pPr>
                  <w:r>
                    <w:rPr>
                      <w:rFonts w:ascii="Arial" w:hAnsi="Arial"/>
                      <w:sz w:val="15"/>
                    </w:rPr>
                  </w:r>
                </w:p>
              </w:tc>
            </w:tr>
          </w:tbl>
          <w:p/>
          <w:p>
            <w:pPr>
              <w:spacing w:before="0" w:after="0" w:line="60" w:lineRule="exact"/>
            </w:pPr>
          </w:p>
          <w:tbl>
            <w:tblPr>
              <w:tblW w:type="auto" w:w="0"/>
              <w:jc w:val="center"/>
              <w:tblLook w:firstColumn="1" w:firstRow="1" w:lastColumn="0" w:lastRow="0" w:noHBand="0" w:noVBand="1" w:val="04A0"/>
              <w:tblBorders>
                <w:top w:val="single" w:sz="4" w:space="0" w:color="B0B0B0"/>
                <w:bottom w:val="single" w:sz="4" w:space="0" w:color="B0B0B0"/>
                <w:left w:val="single" w:sz="4" w:space="0" w:color="B0B0B0"/>
                <w:right w:val="single" w:sz="4" w:space="0" w:color="B0B0B0"/>
                <w:insideH w:val="single" w:sz="4" w:space="0" w:color="B0B0B0"/>
                <w:insideV w:val="single" w:sz="4" w:space="0" w:color="B0B0B0"/>
              </w:tblBorders>
            </w:tblPr>
            <w:tblGrid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  <w:gridCol w:w="619"/>
            </w:tblGrid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13</w:t>
                  </w:r>
                </w:p>
              </w:tc>
            </w:tr>
            <w:tr>
              <w:trPr>
                <w:trHeight w:val="963" w:hRule="exact"/>
              </w:trPr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16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17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18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19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20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21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22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23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24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25</w:t>
                  </w:r>
                </w:p>
              </w:tc>
              <w:tc>
                <w:tcPr>
                  <w:tcW w:type="dxa" w:w="575"/>
                  <w:tcW w:w="575" w:type="dxa"/>
                  <w:tcMar>
                    <w:top w:w="20" w:type="dxa"/>
                    <w:bottom w:w="0" w:type="dxa"/>
                    <w:left w:w="30" w:type="dxa"/>
                    <w:right w:w="0" w:type="dxa"/>
                  </w:tcMar>
                </w:tcPr>
                <w:p>
                  <w:pPr>
                    <w:spacing w:before="0" w:after="0" w:line="130" w:lineRule="exact"/>
                  </w:pPr>
                  <w:r>
                    <w:rPr>
                      <w:rFonts w:ascii="Arial" w:hAnsi="Arial"/>
                      <w:b/>
                      <w:color w:val="646464"/>
                      <w:sz w:val="12"/>
                    </w:rPr>
                    <w:t>26</w:t>
                  </w:r>
                </w:p>
              </w:tc>
            </w:tr>
          </w:tbl>
          <w:p/>
          <w:p>
            <w:pPr>
              <w:spacing w:before="0" w:after="0" w:line="70" w:lineRule="exact"/>
            </w:pPr>
          </w:p>
          <w:p>
            <w:pPr>
              <w:spacing w:before="0" w:after="0" w:line="170" w:lineRule="exact"/>
            </w:pPr>
            <w:r>
              <w:rPr>
                <w:rFonts w:ascii="Arial" w:hAnsi="Arial"/>
                <w:color w:val="646464"/>
                <w:sz w:val="13"/>
              </w:rPr>
              <w:t>Une case par cours : la date et les initiales du sensei qui l'a cochée.</w:t>
            </w:r>
          </w:p>
        </w:tc>
      </w:tr>
    </w:tbl>
    <w:sectPr w:rsidR="00FC693F" w:rsidRPr="0006063C" w:rsidSect="00034616">
      <w:pgSz w:w="16838" w:h="11906"/>
      <w:pgMar w:top="340" w:right="340" w:bottom="340" w:left="3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00" w:lineRule="exact"/>
    </w:pPr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