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Carte de 10 cours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PRIX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700"/>
              <w:gridCol w:w="2212"/>
            </w:tblGrid>
            <w:tr>
              <w:trPr>
                <w:trHeight w:val="283" w:hRule="exact"/>
              </w:trPr>
              <w:tc>
                <w:tcPr>
                  <w:tcW w:type="dxa" w:w="85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PAYÉ LE</w:t>
                  </w:r>
                </w:p>
              </w:tc>
              <w:tc>
                <w:tcPr>
                  <w:tcW w:type="dxa" w:w="272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7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VALABLE JUSQU'AU</w:t>
                  </w:r>
                </w:p>
              </w:tc>
              <w:tc>
                <w:tcPr>
                  <w:tcW w:type="dxa" w:w="22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ENCAISSÉ PAR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CARTE N°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Poinçonnez ou paraphez un cercle par cours. Notez aussi chaque carte vendue dans les cotisations.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Carte de 10 cours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PRIX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700"/>
              <w:gridCol w:w="2212"/>
            </w:tblGrid>
            <w:tr>
              <w:trPr>
                <w:trHeight w:val="283" w:hRule="exact"/>
              </w:trPr>
              <w:tc>
                <w:tcPr>
                  <w:tcW w:type="dxa" w:w="85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PAYÉ LE</w:t>
                  </w:r>
                </w:p>
              </w:tc>
              <w:tc>
                <w:tcPr>
                  <w:tcW w:type="dxa" w:w="272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7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VALABLE JUSQU'AU</w:t>
                  </w:r>
                </w:p>
              </w:tc>
              <w:tc>
                <w:tcPr>
                  <w:tcW w:type="dxa" w:w="22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ENCAISSÉ PAR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CARTE N°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Poinçonnez ou paraphez un cercle par cours. Notez aussi chaque carte vendue dans les cotisations.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Carte de 10 cours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PRIX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700"/>
              <w:gridCol w:w="2212"/>
            </w:tblGrid>
            <w:tr>
              <w:trPr>
                <w:trHeight w:val="283" w:hRule="exact"/>
              </w:trPr>
              <w:tc>
                <w:tcPr>
                  <w:tcW w:type="dxa" w:w="85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PAYÉ LE</w:t>
                  </w:r>
                </w:p>
              </w:tc>
              <w:tc>
                <w:tcPr>
                  <w:tcW w:type="dxa" w:w="272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7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VALABLE JUSQU'AU</w:t>
                  </w:r>
                </w:p>
              </w:tc>
              <w:tc>
                <w:tcPr>
                  <w:tcW w:type="dxa" w:w="22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ENCAISSÉ PAR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CARTE N°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Poinçonnez ou paraphez un cercle par cours. Notez aussi chaque carte vendue dans les cotisations.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Carte de 10 cours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</w:t>
                  </w:r>
                </w:p>
              </w:tc>
              <w:tc>
                <w:tcPr>
                  <w:tcW w:type="dxa" w:w="4252"/>
                  <w:tcW w:w="4252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PRIX</w:t>
                  </w:r>
                </w:p>
              </w:tc>
              <w:tc>
                <w:tcPr>
                  <w:tcW w:type="dxa" w:w="1814"/>
                  <w:tcW w:w="1814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700"/>
              <w:gridCol w:w="2212"/>
            </w:tblGrid>
            <w:tr>
              <w:trPr>
                <w:trHeight w:val="283" w:hRule="exact"/>
              </w:trPr>
              <w:tc>
                <w:tcPr>
                  <w:tcW w:type="dxa" w:w="850"/>
                  <w:tcW w:w="85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PAYÉ LE</w:t>
                  </w:r>
                </w:p>
              </w:tc>
              <w:tc>
                <w:tcPr>
                  <w:tcW w:type="dxa" w:w="2721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700"/>
                  <w:tcW w:w="119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VALABLE JUSQU'AU</w:t>
                  </w:r>
                </w:p>
              </w:tc>
              <w:tc>
                <w:tcPr>
                  <w:tcW w:type="dxa" w:w="2212"/>
                  <w:tcW w:w="272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1300"/>
              <w:gridCol w:w="2385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300"/>
                  <w:tcW w:w="96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ENCAISSÉ PAR</w:t>
                  </w:r>
                </w:p>
              </w:tc>
              <w:tc>
                <w:tcPr>
                  <w:tcW w:type="dxa" w:w="2385"/>
                  <w:tcW w:w="272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020"/>
                  <w:tcW w:w="102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CARTE N°</w:t>
                  </w:r>
                </w:p>
              </w:tc>
              <w:tc>
                <w:tcPr>
                  <w:tcW w:type="dxa" w:w="2778"/>
                  <w:tcW w:w="277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  <w:gridCol w:w="805"/>
            </w:tblGrid>
            <w:tr>
              <w:trPr>
                <w:trHeight w:val="1077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560" w:lineRule="exact"/>
                    <w:jc w:val="center"/>
                  </w:pPr>
                  <w:r>
                    <w:pict>
                      <v:oval style="width:34pt;height:34pt" filled="f" strokecolor="#B0B0B0" strokeweight="1pt"/>
                    </w:pict>
                  </w:r>
                </w:p>
              </w:tc>
            </w:tr>
            <w:tr>
              <w:trPr>
                <w:trHeight w:val="283" w:hRule="exact"/>
              </w:trPr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2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3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4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5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6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7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8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9</w:t>
                  </w:r>
                </w:p>
              </w:tc>
              <w:tc>
                <w:tcPr>
                  <w:tcW w:type="dxa" w:w="748"/>
                  <w:tcW w:w="748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646464"/>
                      <w:sz w:val="17"/>
                    </w:rPr>
                    <w:t>10</w:t>
                  </w:r>
                </w:p>
              </w:tc>
            </w:tr>
          </w:tbl>
          <w:p/>
          <w:p>
            <w:pPr>
              <w:spacing w:before="0" w:after="0" w:line="9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Poinçonnez ou paraphez un cercle par cours. Notez aussi chaque carte vendue dans les cotisations.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