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W w:w="16157" w:type="dxa"/>
        <w:tblCellMar>
          <w:top w:w="0" w:type="dxa"/>
          <w:left w:w="0" w:type="dxa"/>
          <w:bottom w:w="0" w:type="dxa"/>
          <w:right w:w="0" w:type="dxa"/>
        </w:tblCellMar>
        <w:tblBorders>
          <w:top w:val="nil" w:color="AAAAAA" w:sz="4"/>
          <w:left w:val="nil" w:color="AAAAAA" w:sz="4"/>
          <w:bottom w:val="nil" w:color="AAAAAA" w:sz="4"/>
          <w:right w:val="nil" w:color="AAAAAA" w:sz="4"/>
          <w:insideH w:val="dashed" w:color="BBBBBB" w:sz="4"/>
          <w:insideV w:val="dashed" w:color="BBBBBB" w:sz="4"/>
        </w:tblBorders>
      </w:tblPr>
      <w:tblGrid>
        <w:gridCol w:w="8079"/>
        <w:gridCol w:w="8079"/>
      </w:tblGrid>
      <w:tr>
        <w:trPr>
          <w:trHeight w:val="5584" w:hRule="exact"/>
          <w:cantSplit/>
        </w:trPr>
        <w:tc>
          <w:tcPr>
            <w:tcW w:type="dxa" w:w="8079"/>
            <w:vAlign w:val="top"/>
            <w:tcMar>
              <w:left w:w="283" w:type="dxa"/>
              <w:right w:w="283" w:type="dxa"/>
              <w:top w:w="0" w:type="dxa"/>
              <w:bottom w:w="0" w:type="dxa"/>
            </w:tcMar>
          </w:tcPr>
          <w:p>
            <w:pPr>
              <w:spacing w:before="0" w:after="0" w:line="227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4535"/>
              <w:gridCol w:w="2976"/>
            </w:tblGrid>
            <w:tr>
              <w:trPr>
                <w:trHeight w:val="680" w:hRule="exact"/>
                <w:cantSplit/>
              </w:trPr>
              <w:tc>
                <w:tcPr>
                  <w:tcW w:type="dxa" w:w="4535"/>
                  <w:vAlign w:val="center"/>
                </w:tcPr>
                <w:p>
                  <w:pPr>
                    <w:spacing w:before="0" w:after="0" w:line="360" w:lineRule="exact"/>
                    <w:ind w:left="170"/>
                    <w:pBdr>
                      <w:left w:val="single" w:sz="24" w:color="222222" w:space="7"/>
                    </w:pBdr>
                  </w:pPr>
                  <w:r>
                    <w:rPr>
                      <w:rFonts w:ascii="Arial" w:hAnsi="Arial"/>
                      <w:b/>
                      <w:color w:val="000000"/>
                      <w:sz w:val="32"/>
                    </w:rPr>
                    <w:t>Punch card · 10 classes</w:t>
                  </w:r>
                </w:p>
              </w:tc>
              <w:tc>
                <w:tcPr>
                  <w:tcW w:type="dxa" w:w="2976"/>
                  <w:vAlign w:val="center"/>
                </w:tcPr>
                <w:p>
                  <w:pPr>
                    <w:spacing w:before="0" w:after="0" w:line="200" w:lineRule="exact"/>
                    <w:jc w:val="right"/>
                  </w:pPr>
                  <w:r>
                    <w:rPr>
                      <w:rFonts w:ascii="Arial" w:hAnsi="Arial"/>
                      <w:b w:val="0"/>
                      <w:color w:val="555555"/>
                      <w:sz w:val="16"/>
                    </w:rPr>
                    <w:t>Club ______________________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4762"/>
              <w:gridCol w:w="397"/>
              <w:gridCol w:w="2353"/>
            </w:tblGrid>
            <w:tr>
              <w:trPr>
                <w:trHeight w:val="822" w:hRule="exact"/>
                <w:cantSplit/>
              </w:trPr>
              <w:tc>
                <w:tcPr>
                  <w:tcW w:type="dxa" w:w="4762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NAME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2353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PRICE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3557"/>
              <w:gridCol w:w="397"/>
              <w:gridCol w:w="3557"/>
            </w:tblGrid>
            <w:tr>
              <w:trPr>
                <w:trHeight w:val="822" w:hRule="exact"/>
                <w:cantSplit/>
              </w:trPr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PAID ON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VALID UNTIL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3557"/>
              <w:gridCol w:w="397"/>
              <w:gridCol w:w="3557"/>
            </w:tblGrid>
            <w:tr>
              <w:trPr>
                <w:trHeight w:val="822" w:hRule="exact"/>
                <w:cantSplit/>
              </w:trPr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TAKEN BY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CARD NO.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113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7512"/>
            </w:tblGrid>
            <w:tr>
              <w:trPr>
                <w:trHeight w:val="567" w:hRule="exact"/>
                <w:cantSplit/>
              </w:trPr>
              <w:tc>
                <w:tcPr>
                  <w:tcW w:type="dxa" w:w="7512"/>
                  <w:vAlign w:val="top"/>
                </w:tcPr>
                <w:p>
                  <w:pPr>
                    <w:spacing w:before="0" w:after="0" w:line="190" w:lineRule="exact"/>
                  </w:pPr>
                  <w:r>
                    <w:rPr>
                      <w:rFonts w:ascii="Arial" w:hAnsi="Arial"/>
                      <w:b w:val="0"/>
                      <w:color w:val="666666"/>
                      <w:sz w:val="15"/>
                    </w:rPr>
                    <w:t>Punch or initial one circle per class. Record every block sold on the club's fee list as well.</w:t>
                  </w:r>
                </w:p>
              </w:tc>
            </w:tr>
          </w:tbl>
          <w:p>
            <w:pPr>
              <w:spacing w:before="0" w:after="0" w:line="142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751"/>
              <w:gridCol w:w="751"/>
              <w:gridCol w:w="751"/>
              <w:gridCol w:w="751"/>
              <w:gridCol w:w="751"/>
              <w:gridCol w:w="751"/>
              <w:gridCol w:w="751"/>
              <w:gridCol w:w="751"/>
              <w:gridCol w:w="751"/>
              <w:gridCol w:w="751"/>
            </w:tblGrid>
            <w:tr>
              <w:trPr>
                <w:trHeight w:val="850" w:hRule="exact"/>
                <w:cantSplit/>
              </w:trPr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0_1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0_2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0_3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0_4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0_5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0_6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0_7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0_8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0_9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0_10" style="width:34.0157pt;height:34.0157pt" filled="f" strokecolor="#555555" strokeweight="1pt"/>
                    </w:pict>
                  </w:r>
                </w:p>
              </w:tc>
            </w:tr>
            <w:tr>
              <w:trPr>
                <w:trHeight w:val="227" w:hRule="exact"/>
                <w:cantSplit/>
              </w:trPr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1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2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3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4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5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6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7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8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9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10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  <w:tc>
          <w:tcPr>
            <w:tcW w:type="dxa" w:w="8079"/>
            <w:vAlign w:val="top"/>
            <w:tcMar>
              <w:left w:w="283" w:type="dxa"/>
              <w:right w:w="283" w:type="dxa"/>
              <w:top w:w="0" w:type="dxa"/>
              <w:bottom w:w="0" w:type="dxa"/>
            </w:tcMar>
          </w:tcPr>
          <w:p>
            <w:pPr>
              <w:spacing w:before="0" w:after="0" w:line="227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4535"/>
              <w:gridCol w:w="2976"/>
            </w:tblGrid>
            <w:tr>
              <w:trPr>
                <w:trHeight w:val="680" w:hRule="exact"/>
                <w:cantSplit/>
              </w:trPr>
              <w:tc>
                <w:tcPr>
                  <w:tcW w:type="dxa" w:w="4535"/>
                  <w:vAlign w:val="center"/>
                </w:tcPr>
                <w:p>
                  <w:pPr>
                    <w:spacing w:before="0" w:after="0" w:line="360" w:lineRule="exact"/>
                    <w:ind w:left="170"/>
                    <w:pBdr>
                      <w:left w:val="single" w:sz="24" w:color="222222" w:space="7"/>
                    </w:pBdr>
                  </w:pPr>
                  <w:r>
                    <w:rPr>
                      <w:rFonts w:ascii="Arial" w:hAnsi="Arial"/>
                      <w:b/>
                      <w:color w:val="000000"/>
                      <w:sz w:val="32"/>
                    </w:rPr>
                    <w:t>Punch card · 10 classes</w:t>
                  </w:r>
                </w:p>
              </w:tc>
              <w:tc>
                <w:tcPr>
                  <w:tcW w:type="dxa" w:w="2976"/>
                  <w:vAlign w:val="center"/>
                </w:tcPr>
                <w:p>
                  <w:pPr>
                    <w:spacing w:before="0" w:after="0" w:line="200" w:lineRule="exact"/>
                    <w:jc w:val="right"/>
                  </w:pPr>
                  <w:r>
                    <w:rPr>
                      <w:rFonts w:ascii="Arial" w:hAnsi="Arial"/>
                      <w:b w:val="0"/>
                      <w:color w:val="555555"/>
                      <w:sz w:val="16"/>
                    </w:rPr>
                    <w:t>Club ______________________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4762"/>
              <w:gridCol w:w="397"/>
              <w:gridCol w:w="2353"/>
            </w:tblGrid>
            <w:tr>
              <w:trPr>
                <w:trHeight w:val="822" w:hRule="exact"/>
                <w:cantSplit/>
              </w:trPr>
              <w:tc>
                <w:tcPr>
                  <w:tcW w:type="dxa" w:w="4762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NAME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2353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PRICE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3557"/>
              <w:gridCol w:w="397"/>
              <w:gridCol w:w="3557"/>
            </w:tblGrid>
            <w:tr>
              <w:trPr>
                <w:trHeight w:val="822" w:hRule="exact"/>
                <w:cantSplit/>
              </w:trPr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PAID ON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VALID UNTIL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3557"/>
              <w:gridCol w:w="397"/>
              <w:gridCol w:w="3557"/>
            </w:tblGrid>
            <w:tr>
              <w:trPr>
                <w:trHeight w:val="822" w:hRule="exact"/>
                <w:cantSplit/>
              </w:trPr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TAKEN BY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CARD NO.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113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7512"/>
            </w:tblGrid>
            <w:tr>
              <w:trPr>
                <w:trHeight w:val="567" w:hRule="exact"/>
                <w:cantSplit/>
              </w:trPr>
              <w:tc>
                <w:tcPr>
                  <w:tcW w:type="dxa" w:w="7512"/>
                  <w:vAlign w:val="top"/>
                </w:tcPr>
                <w:p>
                  <w:pPr>
                    <w:spacing w:before="0" w:after="0" w:line="190" w:lineRule="exact"/>
                  </w:pPr>
                  <w:r>
                    <w:rPr>
                      <w:rFonts w:ascii="Arial" w:hAnsi="Arial"/>
                      <w:b w:val="0"/>
                      <w:color w:val="666666"/>
                      <w:sz w:val="15"/>
                    </w:rPr>
                    <w:t>Punch or initial one circle per class. Record every block sold on the club's fee list as well.</w:t>
                  </w:r>
                </w:p>
              </w:tc>
            </w:tr>
          </w:tbl>
          <w:p>
            <w:pPr>
              <w:spacing w:before="0" w:after="0" w:line="142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751"/>
              <w:gridCol w:w="751"/>
              <w:gridCol w:w="751"/>
              <w:gridCol w:w="751"/>
              <w:gridCol w:w="751"/>
              <w:gridCol w:w="751"/>
              <w:gridCol w:w="751"/>
              <w:gridCol w:w="751"/>
              <w:gridCol w:w="751"/>
              <w:gridCol w:w="751"/>
            </w:tblGrid>
            <w:tr>
              <w:trPr>
                <w:trHeight w:val="850" w:hRule="exact"/>
                <w:cantSplit/>
              </w:trPr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1_1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1_2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1_3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1_4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1_5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1_6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1_7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1_8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1_9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1_10" style="width:34.0157pt;height:34.0157pt" filled="f" strokecolor="#555555" strokeweight="1pt"/>
                    </w:pict>
                  </w:r>
                </w:p>
              </w:tc>
            </w:tr>
            <w:tr>
              <w:trPr>
                <w:trHeight w:val="227" w:hRule="exact"/>
                <w:cantSplit/>
              </w:trPr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1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2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3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4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5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6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7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8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9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10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  <w:tr>
        <w:trPr>
          <w:trHeight w:val="5584" w:hRule="exact"/>
          <w:cantSplit/>
        </w:trPr>
        <w:tc>
          <w:tcPr>
            <w:tcW w:type="dxa" w:w="8079"/>
            <w:vAlign w:val="top"/>
            <w:tcMar>
              <w:left w:w="283" w:type="dxa"/>
              <w:right w:w="283" w:type="dxa"/>
              <w:top w:w="0" w:type="dxa"/>
              <w:bottom w:w="0" w:type="dxa"/>
            </w:tcMar>
          </w:tcPr>
          <w:p>
            <w:pPr>
              <w:spacing w:before="0" w:after="0" w:line="227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4535"/>
              <w:gridCol w:w="2976"/>
            </w:tblGrid>
            <w:tr>
              <w:trPr>
                <w:trHeight w:val="680" w:hRule="exact"/>
                <w:cantSplit/>
              </w:trPr>
              <w:tc>
                <w:tcPr>
                  <w:tcW w:type="dxa" w:w="4535"/>
                  <w:vAlign w:val="center"/>
                </w:tcPr>
                <w:p>
                  <w:pPr>
                    <w:spacing w:before="0" w:after="0" w:line="360" w:lineRule="exact"/>
                    <w:ind w:left="170"/>
                    <w:pBdr>
                      <w:left w:val="single" w:sz="24" w:color="222222" w:space="7"/>
                    </w:pBdr>
                  </w:pPr>
                  <w:r>
                    <w:rPr>
                      <w:rFonts w:ascii="Arial" w:hAnsi="Arial"/>
                      <w:b/>
                      <w:color w:val="000000"/>
                      <w:sz w:val="32"/>
                    </w:rPr>
                    <w:t>Punch card · 10 classes</w:t>
                  </w:r>
                </w:p>
              </w:tc>
              <w:tc>
                <w:tcPr>
                  <w:tcW w:type="dxa" w:w="2976"/>
                  <w:vAlign w:val="center"/>
                </w:tcPr>
                <w:p>
                  <w:pPr>
                    <w:spacing w:before="0" w:after="0" w:line="200" w:lineRule="exact"/>
                    <w:jc w:val="right"/>
                  </w:pPr>
                  <w:r>
                    <w:rPr>
                      <w:rFonts w:ascii="Arial" w:hAnsi="Arial"/>
                      <w:b w:val="0"/>
                      <w:color w:val="555555"/>
                      <w:sz w:val="16"/>
                    </w:rPr>
                    <w:t>Club ______________________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4762"/>
              <w:gridCol w:w="397"/>
              <w:gridCol w:w="2353"/>
            </w:tblGrid>
            <w:tr>
              <w:trPr>
                <w:trHeight w:val="822" w:hRule="exact"/>
                <w:cantSplit/>
              </w:trPr>
              <w:tc>
                <w:tcPr>
                  <w:tcW w:type="dxa" w:w="4762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NAME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2353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PRICE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3557"/>
              <w:gridCol w:w="397"/>
              <w:gridCol w:w="3557"/>
            </w:tblGrid>
            <w:tr>
              <w:trPr>
                <w:trHeight w:val="822" w:hRule="exact"/>
                <w:cantSplit/>
              </w:trPr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PAID ON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VALID UNTIL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3557"/>
              <w:gridCol w:w="397"/>
              <w:gridCol w:w="3557"/>
            </w:tblGrid>
            <w:tr>
              <w:trPr>
                <w:trHeight w:val="822" w:hRule="exact"/>
                <w:cantSplit/>
              </w:trPr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TAKEN BY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CARD NO.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113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7512"/>
            </w:tblGrid>
            <w:tr>
              <w:trPr>
                <w:trHeight w:val="567" w:hRule="exact"/>
                <w:cantSplit/>
              </w:trPr>
              <w:tc>
                <w:tcPr>
                  <w:tcW w:type="dxa" w:w="7512"/>
                  <w:vAlign w:val="top"/>
                </w:tcPr>
                <w:p>
                  <w:pPr>
                    <w:spacing w:before="0" w:after="0" w:line="190" w:lineRule="exact"/>
                  </w:pPr>
                  <w:r>
                    <w:rPr>
                      <w:rFonts w:ascii="Arial" w:hAnsi="Arial"/>
                      <w:b w:val="0"/>
                      <w:color w:val="666666"/>
                      <w:sz w:val="15"/>
                    </w:rPr>
                    <w:t>Punch or initial one circle per class. Record every block sold on the club's fee list as well.</w:t>
                  </w:r>
                </w:p>
              </w:tc>
            </w:tr>
          </w:tbl>
          <w:p>
            <w:pPr>
              <w:spacing w:before="0" w:after="0" w:line="142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751"/>
              <w:gridCol w:w="751"/>
              <w:gridCol w:w="751"/>
              <w:gridCol w:w="751"/>
              <w:gridCol w:w="751"/>
              <w:gridCol w:w="751"/>
              <w:gridCol w:w="751"/>
              <w:gridCol w:w="751"/>
              <w:gridCol w:w="751"/>
              <w:gridCol w:w="751"/>
            </w:tblGrid>
            <w:tr>
              <w:trPr>
                <w:trHeight w:val="850" w:hRule="exact"/>
                <w:cantSplit/>
              </w:trPr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2_1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2_2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2_3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2_4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2_5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2_6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2_7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2_8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2_9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2_10" style="width:34.0157pt;height:34.0157pt" filled="f" strokecolor="#555555" strokeweight="1pt"/>
                    </w:pict>
                  </w:r>
                </w:p>
              </w:tc>
            </w:tr>
            <w:tr>
              <w:trPr>
                <w:trHeight w:val="227" w:hRule="exact"/>
                <w:cantSplit/>
              </w:trPr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1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2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3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4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5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6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7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8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9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10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  <w:tc>
          <w:tcPr>
            <w:tcW w:type="dxa" w:w="8079"/>
            <w:vAlign w:val="top"/>
            <w:tcMar>
              <w:left w:w="283" w:type="dxa"/>
              <w:right w:w="283" w:type="dxa"/>
              <w:top w:w="0" w:type="dxa"/>
              <w:bottom w:w="0" w:type="dxa"/>
            </w:tcMar>
          </w:tcPr>
          <w:p>
            <w:pPr>
              <w:spacing w:before="0" w:after="0" w:line="227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4535"/>
              <w:gridCol w:w="2976"/>
            </w:tblGrid>
            <w:tr>
              <w:trPr>
                <w:trHeight w:val="680" w:hRule="exact"/>
                <w:cantSplit/>
              </w:trPr>
              <w:tc>
                <w:tcPr>
                  <w:tcW w:type="dxa" w:w="4535"/>
                  <w:vAlign w:val="center"/>
                </w:tcPr>
                <w:p>
                  <w:pPr>
                    <w:spacing w:before="0" w:after="0" w:line="360" w:lineRule="exact"/>
                    <w:ind w:left="170"/>
                    <w:pBdr>
                      <w:left w:val="single" w:sz="24" w:color="222222" w:space="7"/>
                    </w:pBdr>
                  </w:pPr>
                  <w:r>
                    <w:rPr>
                      <w:rFonts w:ascii="Arial" w:hAnsi="Arial"/>
                      <w:b/>
                      <w:color w:val="000000"/>
                      <w:sz w:val="32"/>
                    </w:rPr>
                    <w:t>Punch card · 10 classes</w:t>
                  </w:r>
                </w:p>
              </w:tc>
              <w:tc>
                <w:tcPr>
                  <w:tcW w:type="dxa" w:w="2976"/>
                  <w:vAlign w:val="center"/>
                </w:tcPr>
                <w:p>
                  <w:pPr>
                    <w:spacing w:before="0" w:after="0" w:line="200" w:lineRule="exact"/>
                    <w:jc w:val="right"/>
                  </w:pPr>
                  <w:r>
                    <w:rPr>
                      <w:rFonts w:ascii="Arial" w:hAnsi="Arial"/>
                      <w:b w:val="0"/>
                      <w:color w:val="555555"/>
                      <w:sz w:val="16"/>
                    </w:rPr>
                    <w:t>Club ______________________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4762"/>
              <w:gridCol w:w="397"/>
              <w:gridCol w:w="2353"/>
            </w:tblGrid>
            <w:tr>
              <w:trPr>
                <w:trHeight w:val="822" w:hRule="exact"/>
                <w:cantSplit/>
              </w:trPr>
              <w:tc>
                <w:tcPr>
                  <w:tcW w:type="dxa" w:w="4762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NAME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2353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PRICE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3557"/>
              <w:gridCol w:w="397"/>
              <w:gridCol w:w="3557"/>
            </w:tblGrid>
            <w:tr>
              <w:trPr>
                <w:trHeight w:val="822" w:hRule="exact"/>
                <w:cantSplit/>
              </w:trPr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PAID ON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VALID UNTIL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20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3557"/>
              <w:gridCol w:w="397"/>
              <w:gridCol w:w="3557"/>
            </w:tblGrid>
            <w:tr>
              <w:trPr>
                <w:trHeight w:val="822" w:hRule="exact"/>
                <w:cantSplit/>
              </w:trPr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TAKEN BY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  <w:tc>
                <w:tcPr>
                  <w:tcW w:type="dxa" w:w="397"/>
                  <w:vAlign w:val="center"/>
                </w:tcPr>
                <w:p>
                  <w:pPr>
                    <w:spacing w:before="0" w:after="0" w:line="200" w:lineRule="exact"/>
                  </w:pPr>
                </w:p>
              </w:tc>
              <w:tc>
                <w:tcPr>
                  <w:tcW w:type="dxa" w:w="3557"/>
                  <w:vAlign w:val="top"/>
                </w:tcPr>
                <w:p>
                  <w:pPr>
                    <w:spacing w:before="20" w:after="0" w:line="180" w:lineRule="exact"/>
                  </w:pPr>
                  <w:r>
                    <w:rPr>
                      <w:rFonts w:ascii="Arial" w:hAnsi="Arial"/>
                      <w:b/>
                      <w:color w:val="666666"/>
                      <w:sz w:val="14"/>
                    </w:rPr>
                    <w:t>CARD NO.</w:t>
                  </w:r>
                </w:p>
                <w:p>
                  <w:pPr>
                    <w:spacing w:before="0" w:after="0" w:line="578" w:lineRule="exact"/>
                    <w:pBdr>
                      <w:bottom w:val="single" w:sz="4" w:color="999999" w:space="0"/>
                    </w:pBdr>
                  </w:pPr>
                </w:p>
              </w:tc>
            </w:tr>
          </w:tbl>
          <w:p>
            <w:pPr>
              <w:spacing w:before="0" w:after="0" w:line="113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7512"/>
            </w:tblGrid>
            <w:tr>
              <w:trPr>
                <w:trHeight w:val="567" w:hRule="exact"/>
                <w:cantSplit/>
              </w:trPr>
              <w:tc>
                <w:tcPr>
                  <w:tcW w:type="dxa" w:w="7512"/>
                  <w:vAlign w:val="top"/>
                </w:tcPr>
                <w:p>
                  <w:pPr>
                    <w:spacing w:before="0" w:after="0" w:line="190" w:lineRule="exact"/>
                  </w:pPr>
                  <w:r>
                    <w:rPr>
                      <w:rFonts w:ascii="Arial" w:hAnsi="Arial"/>
                      <w:b w:val="0"/>
                      <w:color w:val="666666"/>
                      <w:sz w:val="15"/>
                    </w:rPr>
                    <w:t>Punch or initial one circle per class. Record every block sold on the club's fee list as well.</w:t>
                  </w:r>
                </w:p>
              </w:tc>
            </w:tr>
          </w:tbl>
          <w:p>
            <w:pPr>
              <w:spacing w:before="0" w:after="0" w:line="142" w:lineRule="exact"/>
            </w:pPr>
          </w:p>
          <w:tbl>
            <w:tblPr>
              <w:tblW w:type="auto" w:w="0"/>
              <w:jc w:val="center"/>
              <w:tblLayout w:type="fixed"/>
              <w:tblLook w:firstColumn="1" w:firstRow="1" w:lastColumn="0" w:lastRow="0" w:noHBand="0" w:noVBand="1" w:val="04A0"/>
              <w:tblW w:w="7512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Borders>
                <w:top w:val="nil" w:color="AAAAAA" w:sz="4"/>
                <w:left w:val="nil" w:color="AAAAAA" w:sz="4"/>
                <w:bottom w:val="nil" w:color="AAAAAA" w:sz="4"/>
                <w:right w:val="nil" w:color="AAAAAA" w:sz="4"/>
                <w:insideH w:val="nil" w:color="AAAAAA" w:sz="4"/>
                <w:insideV w:val="nil" w:color="AAAAAA" w:sz="4"/>
              </w:tblBorders>
            </w:tblPr>
            <w:tblGrid>
              <w:gridCol w:w="751"/>
              <w:gridCol w:w="751"/>
              <w:gridCol w:w="751"/>
              <w:gridCol w:w="751"/>
              <w:gridCol w:w="751"/>
              <w:gridCol w:w="751"/>
              <w:gridCol w:w="751"/>
              <w:gridCol w:w="751"/>
              <w:gridCol w:w="751"/>
              <w:gridCol w:w="751"/>
            </w:tblGrid>
            <w:tr>
              <w:trPr>
                <w:trHeight w:val="850" w:hRule="exact"/>
                <w:cantSplit/>
              </w:trPr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3_1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3_2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3_3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3_4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3_5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3_6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3_7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3_8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3_9" style="width:34.0157pt;height:34.0157pt" filled="f" strokecolor="#555555" strokeweight="1pt"/>
                    </w:pic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720" w:lineRule="exact"/>
                    <w:jc w:val="center"/>
                  </w:pPr>
                  <w:r>
                    <w:pict>
                      <v:oval id="circle_3_10" style="width:34.0157pt;height:34.0157pt" filled="f" strokecolor="#555555" strokeweight="1pt"/>
                    </w:pict>
                  </w:r>
                </w:p>
              </w:tc>
            </w:tr>
            <w:tr>
              <w:trPr>
                <w:trHeight w:val="227" w:hRule="exact"/>
                <w:cantSplit/>
              </w:trPr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1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2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3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4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5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6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7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8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9</w:t>
                  </w:r>
                </w:p>
              </w:tc>
              <w:tc>
                <w:tcPr>
                  <w:tcW w:type="dxa" w:w="751"/>
                  <w:vAlign w:val="center"/>
                </w:tcPr>
                <w:p>
                  <w:pPr>
                    <w:spacing w:before="0" w:after="0" w:line="180" w:lineRule="exact"/>
                    <w:jc w:val="center"/>
                  </w:pPr>
                  <w:r>
                    <w:rPr>
                      <w:rFonts w:ascii="Arial" w:hAnsi="Arial"/>
                      <w:b/>
                      <w:color w:val="555555"/>
                      <w:sz w:val="14"/>
                    </w:rPr>
                    <w:t>10</w:t>
                  </w:r>
                </w:p>
              </w:tc>
            </w:tr>
          </w:tbl>
          <w:p>
            <w:pPr>
              <w:spacing w:before="0" w:after="0" w:line="20" w:lineRule="exact"/>
            </w:pP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6838" w:h="11906"/>
      <w:pgMar w:top="340" w:right="340" w:bottom="340" w:left="34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Martial arts punch card template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