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W w:w="16157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 w:color="AAAAAA" w:sz="4"/>
          <w:left w:val="nil" w:color="AAAAAA" w:sz="4"/>
          <w:bottom w:val="nil" w:color="AAAAAA" w:sz="4"/>
          <w:right w:val="nil" w:color="AAAAAA" w:sz="4"/>
          <w:insideH w:val="dashed" w:color="BBBBBB" w:sz="4"/>
          <w:insideV w:val="dashed" w:color="BBBBBB" w:sz="4"/>
        </w:tblBorders>
      </w:tblPr>
      <w:tblGrid>
        <w:gridCol w:w="8079"/>
        <w:gridCol w:w="8079"/>
      </w:tblGrid>
      <w:tr>
        <w:trPr>
          <w:trHeight w:val="5584" w:hRule="exact"/>
          <w:cantSplit/>
        </w:trPr>
        <w:tc>
          <w:tcPr>
            <w:tcW w:type="dxa" w:w="8079"/>
            <w:vAlign w:val="top"/>
            <w:tcMar>
              <w:left w:w="283" w:type="dxa"/>
              <w:right w:w="283" w:type="dxa"/>
              <w:top w:w="0" w:type="dxa"/>
              <w:bottom w:w="0" w:type="dxa"/>
            </w:tcMar>
          </w:tcPr>
          <w:p>
            <w:pPr>
              <w:spacing w:before="0" w:after="0" w:line="227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535"/>
              <w:gridCol w:w="2976"/>
            </w:tblGrid>
            <w:tr>
              <w:trPr>
                <w:trHeight w:val="680" w:hRule="exact"/>
                <w:cantSplit/>
              </w:trPr>
              <w:tc>
                <w:tcPr>
                  <w:tcW w:type="dxa" w:w="4535"/>
                  <w:vAlign w:val="center"/>
                </w:tcPr>
                <w:p>
                  <w:pPr>
                    <w:spacing w:before="0" w:after="0" w:line="380" w:lineRule="exact"/>
                    <w:ind w:left="170"/>
                    <w:pBdr>
                      <w:left w:val="single" w:sz="24" w:color="222222" w:space="7"/>
                    </w:pBdr>
                  </w:pPr>
                  <w:r>
                    <w:rPr>
                      <w:rFonts w:ascii="Arial" w:hAnsi="Arial"/>
                      <w:b/>
                      <w:color w:val="000000"/>
                      <w:sz w:val="34"/>
                    </w:rPr>
                    <w:t>Attendance card</w:t>
                  </w:r>
                </w:p>
              </w:tc>
              <w:tc>
                <w:tcPr>
                  <w:tcW w:type="dxa" w:w="2976"/>
                  <w:vAlign w:val="center"/>
                </w:tcPr>
                <w:p>
                  <w:pPr>
                    <w:spacing w:before="0" w:after="0" w:line="200" w:lineRule="exact"/>
                    <w:jc w:val="right"/>
                  </w:pPr>
                  <w:r>
                    <w:rPr>
                      <w:rFonts w:ascii="Arial" w:hAnsi="Arial"/>
                      <w:b w:val="0"/>
                      <w:color w:val="555555"/>
                      <w:sz w:val="16"/>
                    </w:rPr>
                    <w:t>Club ______________________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762"/>
              <w:gridCol w:w="397"/>
              <w:gridCol w:w="2353"/>
            </w:tblGrid>
            <w:tr>
              <w:trPr>
                <w:trHeight w:val="624" w:hRule="exact"/>
                <w:cantSplit/>
              </w:trPr>
              <w:tc>
                <w:tcPr>
                  <w:tcW w:type="dxa" w:w="4762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NAME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2353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GROUP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624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GRADE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LAST GRADING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624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CARRIED OVER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FROM CARD NO.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113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single" w:color="AAAAAA" w:sz="4"/>
                <w:left w:val="single" w:color="AAAAAA" w:sz="4"/>
                <w:bottom w:val="single" w:color="AAAAAA" w:sz="4"/>
                <w:right w:val="single" w:color="AAAAAA" w:sz="4"/>
                <w:insideH w:val="single" w:color="AAAAAA" w:sz="4"/>
                <w:insideV w:val="single" w:color="AAAAAA" w:sz="4"/>
              </w:tblBorders>
            </w:tblPr>
            <w:tblGrid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</w:tblGrid>
            <w:tr>
              <w:trPr>
                <w:trHeight w:val="964" w:hRule="exact"/>
                <w:cantSplit/>
              </w:trPr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3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4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5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6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7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8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9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10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11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12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13</w:t>
                  </w:r>
                </w:p>
              </w:tc>
            </w:tr>
            <w:tr>
              <w:trPr>
                <w:trHeight w:val="964" w:hRule="exact"/>
                <w:cantSplit/>
              </w:trPr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14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15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16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17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18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19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20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21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22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23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24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25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26</w:t>
                  </w:r>
                </w:p>
              </w:tc>
            </w:tr>
          </w:tbl>
          <w:p>
            <w:pPr>
              <w:spacing w:before="0" w:after="0" w:line="113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7512"/>
            </w:tblGrid>
            <w:tr>
              <w:trPr>
                <w:trHeight w:val="397" w:hRule="exact"/>
                <w:cantSplit/>
              </w:trPr>
              <w:tc>
                <w:tcPr>
                  <w:tcW w:type="dxa" w:w="7512"/>
                  <w:vAlign w:val="top"/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 w:val="0"/>
                      <w:color w:val="666666"/>
                      <w:sz w:val="14"/>
                    </w:rPr>
                    <w:t>One box per class: the date and the initials of the sensei who marked it.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  <w:tc>
          <w:tcPr>
            <w:tcW w:type="dxa" w:w="8079"/>
            <w:vAlign w:val="top"/>
            <w:tcMar>
              <w:left w:w="283" w:type="dxa"/>
              <w:right w:w="283" w:type="dxa"/>
              <w:top w:w="0" w:type="dxa"/>
              <w:bottom w:w="0" w:type="dxa"/>
            </w:tcMar>
          </w:tcPr>
          <w:p>
            <w:pPr>
              <w:spacing w:before="0" w:after="0" w:line="227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535"/>
              <w:gridCol w:w="2976"/>
            </w:tblGrid>
            <w:tr>
              <w:trPr>
                <w:trHeight w:val="680" w:hRule="exact"/>
                <w:cantSplit/>
              </w:trPr>
              <w:tc>
                <w:tcPr>
                  <w:tcW w:type="dxa" w:w="4535"/>
                  <w:vAlign w:val="center"/>
                </w:tcPr>
                <w:p>
                  <w:pPr>
                    <w:spacing w:before="0" w:after="0" w:line="380" w:lineRule="exact"/>
                    <w:ind w:left="170"/>
                    <w:pBdr>
                      <w:left w:val="single" w:sz="24" w:color="222222" w:space="7"/>
                    </w:pBdr>
                  </w:pPr>
                  <w:r>
                    <w:rPr>
                      <w:rFonts w:ascii="Arial" w:hAnsi="Arial"/>
                      <w:b/>
                      <w:color w:val="000000"/>
                      <w:sz w:val="34"/>
                    </w:rPr>
                    <w:t>Attendance card</w:t>
                  </w:r>
                </w:p>
              </w:tc>
              <w:tc>
                <w:tcPr>
                  <w:tcW w:type="dxa" w:w="2976"/>
                  <w:vAlign w:val="center"/>
                </w:tcPr>
                <w:p>
                  <w:pPr>
                    <w:spacing w:before="0" w:after="0" w:line="200" w:lineRule="exact"/>
                    <w:jc w:val="right"/>
                  </w:pPr>
                  <w:r>
                    <w:rPr>
                      <w:rFonts w:ascii="Arial" w:hAnsi="Arial"/>
                      <w:b w:val="0"/>
                      <w:color w:val="555555"/>
                      <w:sz w:val="16"/>
                    </w:rPr>
                    <w:t>Club ______________________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762"/>
              <w:gridCol w:w="397"/>
              <w:gridCol w:w="2353"/>
            </w:tblGrid>
            <w:tr>
              <w:trPr>
                <w:trHeight w:val="624" w:hRule="exact"/>
                <w:cantSplit/>
              </w:trPr>
              <w:tc>
                <w:tcPr>
                  <w:tcW w:type="dxa" w:w="4762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NAME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2353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GROUP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624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GRADE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LAST GRADING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624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CARRIED OVER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FROM CARD NO.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113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single" w:color="AAAAAA" w:sz="4"/>
                <w:left w:val="single" w:color="AAAAAA" w:sz="4"/>
                <w:bottom w:val="single" w:color="AAAAAA" w:sz="4"/>
                <w:right w:val="single" w:color="AAAAAA" w:sz="4"/>
                <w:insideH w:val="single" w:color="AAAAAA" w:sz="4"/>
                <w:insideV w:val="single" w:color="AAAAAA" w:sz="4"/>
              </w:tblBorders>
            </w:tblPr>
            <w:tblGrid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</w:tblGrid>
            <w:tr>
              <w:trPr>
                <w:trHeight w:val="964" w:hRule="exact"/>
                <w:cantSplit/>
              </w:trPr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3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4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5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6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7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8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9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10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11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12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13</w:t>
                  </w:r>
                </w:p>
              </w:tc>
            </w:tr>
            <w:tr>
              <w:trPr>
                <w:trHeight w:val="964" w:hRule="exact"/>
                <w:cantSplit/>
              </w:trPr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14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15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16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17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18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19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20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21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22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23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24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25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26</w:t>
                  </w:r>
                </w:p>
              </w:tc>
            </w:tr>
          </w:tbl>
          <w:p>
            <w:pPr>
              <w:spacing w:before="0" w:after="0" w:line="113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7512"/>
            </w:tblGrid>
            <w:tr>
              <w:trPr>
                <w:trHeight w:val="397" w:hRule="exact"/>
                <w:cantSplit/>
              </w:trPr>
              <w:tc>
                <w:tcPr>
                  <w:tcW w:type="dxa" w:w="7512"/>
                  <w:vAlign w:val="top"/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 w:val="0"/>
                      <w:color w:val="666666"/>
                      <w:sz w:val="14"/>
                    </w:rPr>
                    <w:t>One box per class: the date and the initials of the sensei who marked it.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5584" w:hRule="exact"/>
          <w:cantSplit/>
        </w:trPr>
        <w:tc>
          <w:tcPr>
            <w:tcW w:type="dxa" w:w="8079"/>
            <w:vAlign w:val="top"/>
            <w:tcMar>
              <w:left w:w="283" w:type="dxa"/>
              <w:right w:w="283" w:type="dxa"/>
              <w:top w:w="0" w:type="dxa"/>
              <w:bottom w:w="0" w:type="dxa"/>
            </w:tcMar>
          </w:tcPr>
          <w:p>
            <w:pPr>
              <w:spacing w:before="0" w:after="0" w:line="227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535"/>
              <w:gridCol w:w="2976"/>
            </w:tblGrid>
            <w:tr>
              <w:trPr>
                <w:trHeight w:val="680" w:hRule="exact"/>
                <w:cantSplit/>
              </w:trPr>
              <w:tc>
                <w:tcPr>
                  <w:tcW w:type="dxa" w:w="4535"/>
                  <w:vAlign w:val="center"/>
                </w:tcPr>
                <w:p>
                  <w:pPr>
                    <w:spacing w:before="0" w:after="0" w:line="380" w:lineRule="exact"/>
                    <w:ind w:left="170"/>
                    <w:pBdr>
                      <w:left w:val="single" w:sz="24" w:color="222222" w:space="7"/>
                    </w:pBdr>
                  </w:pPr>
                  <w:r>
                    <w:rPr>
                      <w:rFonts w:ascii="Arial" w:hAnsi="Arial"/>
                      <w:b/>
                      <w:color w:val="000000"/>
                      <w:sz w:val="34"/>
                    </w:rPr>
                    <w:t>Attendance card</w:t>
                  </w:r>
                </w:p>
              </w:tc>
              <w:tc>
                <w:tcPr>
                  <w:tcW w:type="dxa" w:w="2976"/>
                  <w:vAlign w:val="center"/>
                </w:tcPr>
                <w:p>
                  <w:pPr>
                    <w:spacing w:before="0" w:after="0" w:line="200" w:lineRule="exact"/>
                    <w:jc w:val="right"/>
                  </w:pPr>
                  <w:r>
                    <w:rPr>
                      <w:rFonts w:ascii="Arial" w:hAnsi="Arial"/>
                      <w:b w:val="0"/>
                      <w:color w:val="555555"/>
                      <w:sz w:val="16"/>
                    </w:rPr>
                    <w:t>Club ______________________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762"/>
              <w:gridCol w:w="397"/>
              <w:gridCol w:w="2353"/>
            </w:tblGrid>
            <w:tr>
              <w:trPr>
                <w:trHeight w:val="624" w:hRule="exact"/>
                <w:cantSplit/>
              </w:trPr>
              <w:tc>
                <w:tcPr>
                  <w:tcW w:type="dxa" w:w="4762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NAME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2353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GROUP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624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GRADE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LAST GRADING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624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CARRIED OVER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FROM CARD NO.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113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single" w:color="AAAAAA" w:sz="4"/>
                <w:left w:val="single" w:color="AAAAAA" w:sz="4"/>
                <w:bottom w:val="single" w:color="AAAAAA" w:sz="4"/>
                <w:right w:val="single" w:color="AAAAAA" w:sz="4"/>
                <w:insideH w:val="single" w:color="AAAAAA" w:sz="4"/>
                <w:insideV w:val="single" w:color="AAAAAA" w:sz="4"/>
              </w:tblBorders>
            </w:tblPr>
            <w:tblGrid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</w:tblGrid>
            <w:tr>
              <w:trPr>
                <w:trHeight w:val="964" w:hRule="exact"/>
                <w:cantSplit/>
              </w:trPr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3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4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5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6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7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8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9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10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11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12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13</w:t>
                  </w:r>
                </w:p>
              </w:tc>
            </w:tr>
            <w:tr>
              <w:trPr>
                <w:trHeight w:val="964" w:hRule="exact"/>
                <w:cantSplit/>
              </w:trPr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14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15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16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17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18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19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20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21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22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23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24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25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26</w:t>
                  </w:r>
                </w:p>
              </w:tc>
            </w:tr>
          </w:tbl>
          <w:p>
            <w:pPr>
              <w:spacing w:before="0" w:after="0" w:line="113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7512"/>
            </w:tblGrid>
            <w:tr>
              <w:trPr>
                <w:trHeight w:val="397" w:hRule="exact"/>
                <w:cantSplit/>
              </w:trPr>
              <w:tc>
                <w:tcPr>
                  <w:tcW w:type="dxa" w:w="7512"/>
                  <w:vAlign w:val="top"/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 w:val="0"/>
                      <w:color w:val="666666"/>
                      <w:sz w:val="14"/>
                    </w:rPr>
                    <w:t>One box per class: the date and the initials of the sensei who marked it.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  <w:tc>
          <w:tcPr>
            <w:tcW w:type="dxa" w:w="8079"/>
            <w:vAlign w:val="top"/>
            <w:tcMar>
              <w:left w:w="283" w:type="dxa"/>
              <w:right w:w="283" w:type="dxa"/>
              <w:top w:w="0" w:type="dxa"/>
              <w:bottom w:w="0" w:type="dxa"/>
            </w:tcMar>
          </w:tcPr>
          <w:p>
            <w:pPr>
              <w:spacing w:before="0" w:after="0" w:line="227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535"/>
              <w:gridCol w:w="2976"/>
            </w:tblGrid>
            <w:tr>
              <w:trPr>
                <w:trHeight w:val="680" w:hRule="exact"/>
                <w:cantSplit/>
              </w:trPr>
              <w:tc>
                <w:tcPr>
                  <w:tcW w:type="dxa" w:w="4535"/>
                  <w:vAlign w:val="center"/>
                </w:tcPr>
                <w:p>
                  <w:pPr>
                    <w:spacing w:before="0" w:after="0" w:line="380" w:lineRule="exact"/>
                    <w:ind w:left="170"/>
                    <w:pBdr>
                      <w:left w:val="single" w:sz="24" w:color="222222" w:space="7"/>
                    </w:pBdr>
                  </w:pPr>
                  <w:r>
                    <w:rPr>
                      <w:rFonts w:ascii="Arial" w:hAnsi="Arial"/>
                      <w:b/>
                      <w:color w:val="000000"/>
                      <w:sz w:val="34"/>
                    </w:rPr>
                    <w:t>Attendance card</w:t>
                  </w:r>
                </w:p>
              </w:tc>
              <w:tc>
                <w:tcPr>
                  <w:tcW w:type="dxa" w:w="2976"/>
                  <w:vAlign w:val="center"/>
                </w:tcPr>
                <w:p>
                  <w:pPr>
                    <w:spacing w:before="0" w:after="0" w:line="200" w:lineRule="exact"/>
                    <w:jc w:val="right"/>
                  </w:pPr>
                  <w:r>
                    <w:rPr>
                      <w:rFonts w:ascii="Arial" w:hAnsi="Arial"/>
                      <w:b w:val="0"/>
                      <w:color w:val="555555"/>
                      <w:sz w:val="16"/>
                    </w:rPr>
                    <w:t>Club ______________________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762"/>
              <w:gridCol w:w="397"/>
              <w:gridCol w:w="2353"/>
            </w:tblGrid>
            <w:tr>
              <w:trPr>
                <w:trHeight w:val="624" w:hRule="exact"/>
                <w:cantSplit/>
              </w:trPr>
              <w:tc>
                <w:tcPr>
                  <w:tcW w:type="dxa" w:w="4762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NAME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2353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GROUP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624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GRADE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LAST GRADING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624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CARRIED OVER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FROM CARD NO.</w:t>
                  </w:r>
                </w:p>
                <w:p>
                  <w:pPr>
                    <w:spacing w:before="0" w:after="0" w:line="380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113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single" w:color="AAAAAA" w:sz="4"/>
                <w:left w:val="single" w:color="AAAAAA" w:sz="4"/>
                <w:bottom w:val="single" w:color="AAAAAA" w:sz="4"/>
                <w:right w:val="single" w:color="AAAAAA" w:sz="4"/>
                <w:insideH w:val="single" w:color="AAAAAA" w:sz="4"/>
                <w:insideV w:val="single" w:color="AAAAAA" w:sz="4"/>
              </w:tblBorders>
            </w:tblPr>
            <w:tblGrid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  <w:gridCol w:w="578"/>
            </w:tblGrid>
            <w:tr>
              <w:trPr>
                <w:trHeight w:val="964" w:hRule="exact"/>
                <w:cantSplit/>
              </w:trPr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3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4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5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6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7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8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9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10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11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12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13</w:t>
                  </w:r>
                </w:p>
              </w:tc>
            </w:tr>
            <w:tr>
              <w:trPr>
                <w:trHeight w:val="964" w:hRule="exact"/>
                <w:cantSplit/>
              </w:trPr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14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15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16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17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18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19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20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21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22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23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24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25</w:t>
                  </w:r>
                </w:p>
              </w:tc>
              <w:tc>
                <w:tcPr>
                  <w:tcW w:type="dxa" w:w="578"/>
                  <w:vAlign w:val="top"/>
                </w:tcPr>
                <w:p>
                  <w:pPr>
                    <w:spacing w:before="40" w:after="0" w:line="170" w:lineRule="exact"/>
                    <w:ind w:left="57"/>
                  </w:pPr>
                  <w:r>
                    <w:rPr>
                      <w:rFonts w:ascii="Arial" w:hAnsi="Arial"/>
                      <w:b/>
                      <w:color w:val="666666"/>
                      <w:sz w:val="13"/>
                    </w:rPr>
                    <w:t>26</w:t>
                  </w:r>
                </w:p>
              </w:tc>
            </w:tr>
          </w:tbl>
          <w:p>
            <w:pPr>
              <w:spacing w:before="0" w:after="0" w:line="113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7512"/>
            </w:tblGrid>
            <w:tr>
              <w:trPr>
                <w:trHeight w:val="397" w:hRule="exact"/>
                <w:cantSplit/>
              </w:trPr>
              <w:tc>
                <w:tcPr>
                  <w:tcW w:type="dxa" w:w="7512"/>
                  <w:vAlign w:val="top"/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 w:val="0"/>
                      <w:color w:val="666666"/>
                      <w:sz w:val="14"/>
                    </w:rPr>
                    <w:t>One box per class: the date and the initials of the sensei who marked it.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6838" w:h="11906"/>
      <w:pgMar w:top="340" w:right="340" w:bottom="340" w:left="3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Martial arts attendance card template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